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צדק סביבתי</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מי נהנה מהמוצרים, ומי נושם את העשן? בואו נבדוק יחד</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צדק סביבתי</w:t>
            </w:r>
          </w:p>
        </w:tc>
        <w:tc>
          <w:tcPr>
            <w:tcW w:type="dxa" w:w="5102"/>
          </w:tcPr>
          <w:p>
            <w:pPr>
              <w:bidi w:val="1"/>
              <w:jc w:val="right"/>
            </w:pPr>
            <w:r/>
            <w:r>
              <w:rPr>
                <w:rFonts w:ascii="Assistant" w:hAnsi="Assistant" w:cs="Assistant"/>
                <w:b w:val="0"/>
                <w:sz w:val="21"/>
                <w:rtl w:val="1"/>
                <w:szCs w:val="21"/>
              </w:rPr>
              <w:t>הרעיון שלכל אדם מגיעה סביבה בריאה, ושהנזק הסביבתי לא ייפול דווקא על החלשים והעניים.</w:t>
            </w:r>
          </w:p>
        </w:tc>
        <w:tc>
          <w:tcPr>
            <w:tcW w:type="dxa" w:w="2835"/>
          </w:tcPr>
          <w:p>
            <w:pPr>
              <w:bidi w:val="1"/>
              <w:jc w:val="right"/>
            </w:pPr>
            <w:r/>
            <w:r>
              <w:rPr>
                <w:rFonts w:ascii="Assistant" w:hAnsi="Assistant" w:cs="Assistant"/>
                <w:b w:val="0"/>
                <w:sz w:val="21"/>
                <w:rtl w:val="1"/>
                <w:szCs w:val="21"/>
              </w:rPr>
              <w:t>שכונה עשירה ושכונה ענייה מקבלות אוויר נקי באותה מידה.</w:t>
            </w:r>
          </w:p>
        </w:tc>
      </w:tr>
      <w:tr>
        <w:tc>
          <w:tcPr>
            <w:tcW w:type="dxa" w:w="1984"/>
          </w:tcPr>
          <w:p>
            <w:pPr>
              <w:bidi w:val="1"/>
              <w:jc w:val="right"/>
            </w:pPr>
            <w:r/>
            <w:r>
              <w:rPr>
                <w:rFonts w:ascii="Assistant" w:hAnsi="Assistant" w:cs="Assistant"/>
                <w:b w:val="0"/>
                <w:sz w:val="21"/>
                <w:rtl w:val="1"/>
                <w:szCs w:val="21"/>
              </w:rPr>
              <w:t>טביעת רגל אקולוגית</w:t>
            </w:r>
          </w:p>
        </w:tc>
        <w:tc>
          <w:tcPr>
            <w:tcW w:type="dxa" w:w="5102"/>
          </w:tcPr>
          <w:p>
            <w:pPr>
              <w:bidi w:val="1"/>
              <w:jc w:val="right"/>
            </w:pPr>
            <w:r/>
            <w:r>
              <w:rPr>
                <w:rFonts w:ascii="Assistant" w:hAnsi="Assistant" w:cs="Assistant"/>
                <w:b w:val="0"/>
                <w:sz w:val="21"/>
                <w:rtl w:val="1"/>
                <w:szCs w:val="21"/>
              </w:rPr>
              <w:t>מדד לשטח האדמה והמים הדרוש כדי לספק את צריכתו של אדם או מדינה ולקלוט את הפסולת שלהם.</w:t>
            </w:r>
          </w:p>
        </w:tc>
        <w:tc>
          <w:tcPr>
            <w:tcW w:type="dxa" w:w="2835"/>
          </w:tcPr>
          <w:p>
            <w:pPr>
              <w:bidi w:val="1"/>
              <w:jc w:val="right"/>
            </w:pPr>
            <w:r/>
            <w:r>
              <w:rPr>
                <w:rFonts w:ascii="Assistant" w:hAnsi="Assistant" w:cs="Assistant"/>
                <w:b w:val="0"/>
                <w:sz w:val="21"/>
                <w:rtl w:val="1"/>
                <w:szCs w:val="21"/>
              </w:rPr>
              <w:t>טיסות רבות ובשר רב מגדילים את המדד הזה.</w:t>
            </w:r>
          </w:p>
        </w:tc>
      </w:tr>
      <w:tr>
        <w:tc>
          <w:tcPr>
            <w:tcW w:type="dxa" w:w="1984"/>
          </w:tcPr>
          <w:p>
            <w:pPr>
              <w:bidi w:val="1"/>
              <w:jc w:val="right"/>
            </w:pPr>
            <w:r/>
            <w:r>
              <w:rPr>
                <w:rFonts w:ascii="Assistant" w:hAnsi="Assistant" w:cs="Assistant"/>
                <w:b w:val="0"/>
                <w:sz w:val="21"/>
                <w:rtl w:val="1"/>
                <w:szCs w:val="21"/>
              </w:rPr>
              <w:t>נימבי</w:t>
            </w:r>
          </w:p>
        </w:tc>
        <w:tc>
          <w:tcPr>
            <w:tcW w:type="dxa" w:w="5102"/>
          </w:tcPr>
          <w:p>
            <w:pPr>
              <w:bidi w:val="1"/>
              <w:jc w:val="right"/>
            </w:pPr>
            <w:r/>
            <w:r>
              <w:rPr>
                <w:rFonts w:ascii="Assistant" w:hAnsi="Assistant" w:cs="Assistant"/>
                <w:b w:val="0"/>
                <w:sz w:val="21"/>
                <w:rtl w:val="1"/>
                <w:szCs w:val="21"/>
              </w:rPr>
              <w:t>התנגדות של אנשים להקמת מפעל, אתר פסולת או תחנת כוח ליד ביתם, אף שהם מסכימים שצריך אותם.</w:t>
            </w:r>
          </w:p>
        </w:tc>
        <w:tc>
          <w:tcPr>
            <w:tcW w:type="dxa" w:w="2835"/>
          </w:tcPr>
          <w:p>
            <w:pPr>
              <w:bidi w:val="1"/>
              <w:jc w:val="right"/>
            </w:pPr>
            <w:r/>
            <w:r>
              <w:rPr>
                <w:rFonts w:ascii="Assistant" w:hAnsi="Assistant" w:cs="Assistant"/>
                <w:b w:val="0"/>
                <w:sz w:val="21"/>
                <w:rtl w:val="1"/>
                <w:szCs w:val="21"/>
              </w:rPr>
              <w:t>תושבים מפגינים נגד אתר פסולת ליד השכונה.</w:t>
            </w:r>
          </w:p>
        </w:tc>
      </w:tr>
      <w:tr>
        <w:tc>
          <w:tcPr>
            <w:tcW w:type="dxa" w:w="1984"/>
          </w:tcPr>
          <w:p>
            <w:pPr>
              <w:bidi w:val="1"/>
              <w:jc w:val="right"/>
            </w:pPr>
            <w:r/>
            <w:r>
              <w:rPr>
                <w:rFonts w:ascii="Assistant" w:hAnsi="Assistant" w:cs="Assistant"/>
                <w:b w:val="0"/>
                <w:sz w:val="21"/>
                <w:rtl w:val="1"/>
                <w:szCs w:val="21"/>
              </w:rPr>
              <w:t>פסולת רעילה</w:t>
            </w:r>
          </w:p>
        </w:tc>
        <w:tc>
          <w:tcPr>
            <w:tcW w:type="dxa" w:w="5102"/>
          </w:tcPr>
          <w:p>
            <w:pPr>
              <w:bidi w:val="1"/>
              <w:jc w:val="right"/>
            </w:pPr>
            <w:r/>
            <w:r>
              <w:rPr>
                <w:rFonts w:ascii="Assistant" w:hAnsi="Assistant" w:cs="Assistant"/>
                <w:b w:val="0"/>
                <w:sz w:val="21"/>
                <w:rtl w:val="1"/>
                <w:szCs w:val="21"/>
              </w:rPr>
              <w:t>שאריות מסוכנות, כמו כימיקלים ומכשירי חשמל ישנים, שעלולות לפגוע בבריאות ובסביבה אם לא מטפלים בהן נכון.</w:t>
            </w:r>
          </w:p>
        </w:tc>
        <w:tc>
          <w:tcPr>
            <w:tcW w:type="dxa" w:w="2835"/>
          </w:tcPr>
          <w:p>
            <w:pPr>
              <w:bidi w:val="1"/>
              <w:jc w:val="right"/>
            </w:pPr>
            <w:r/>
            <w:r>
              <w:rPr>
                <w:rFonts w:ascii="Assistant" w:hAnsi="Assistant" w:cs="Assistant"/>
                <w:b w:val="0"/>
                <w:sz w:val="21"/>
                <w:rtl w:val="1"/>
                <w:szCs w:val="21"/>
              </w:rPr>
              <w:t>סוללות ישנות ומחשבים שנזרקו.</w:t>
            </w:r>
          </w:p>
        </w:tc>
      </w:tr>
      <w:tr>
        <w:tc>
          <w:tcPr>
            <w:tcW w:type="dxa" w:w="1984"/>
          </w:tcPr>
          <w:p>
            <w:pPr>
              <w:bidi w:val="1"/>
              <w:jc w:val="right"/>
            </w:pPr>
            <w:r/>
            <w:r>
              <w:rPr>
                <w:rFonts w:ascii="Assistant" w:hAnsi="Assistant" w:cs="Assistant"/>
                <w:b w:val="0"/>
                <w:sz w:val="21"/>
                <w:rtl w:val="1"/>
                <w:szCs w:val="21"/>
              </w:rPr>
              <w:t>טכנולוגיה ירוקה</w:t>
            </w:r>
          </w:p>
        </w:tc>
        <w:tc>
          <w:tcPr>
            <w:tcW w:type="dxa" w:w="5102"/>
          </w:tcPr>
          <w:p>
            <w:pPr>
              <w:bidi w:val="1"/>
              <w:jc w:val="right"/>
            </w:pPr>
            <w:r/>
            <w:r>
              <w:rPr>
                <w:rFonts w:ascii="Assistant" w:hAnsi="Assistant" w:cs="Assistant"/>
                <w:b w:val="0"/>
                <w:sz w:val="21"/>
                <w:rtl w:val="1"/>
                <w:szCs w:val="21"/>
              </w:rPr>
              <w:t>אמצעים טכנולוגיים שמפחיתים זיהום וחוסכים במשאבים, כמו מתקני טיהור, מסננים לארובות ואנרגיית שמש ורוח.</w:t>
            </w:r>
          </w:p>
        </w:tc>
        <w:tc>
          <w:tcPr>
            <w:tcW w:type="dxa" w:w="2835"/>
          </w:tcPr>
          <w:p>
            <w:pPr>
              <w:bidi w:val="1"/>
              <w:jc w:val="right"/>
            </w:pPr>
            <w:r/>
            <w:r>
              <w:rPr>
                <w:rFonts w:ascii="Assistant" w:hAnsi="Assistant" w:cs="Assistant"/>
                <w:b w:val="0"/>
                <w:sz w:val="21"/>
                <w:rtl w:val="1"/>
                <w:szCs w:val="21"/>
              </w:rPr>
              <w:t>לוחות סולאריים על גג בית הספר.</w:t>
            </w:r>
          </w:p>
        </w:tc>
      </w:tr>
      <w:tr>
        <w:tc>
          <w:tcPr>
            <w:tcW w:type="dxa" w:w="1984"/>
          </w:tcPr>
          <w:p>
            <w:pPr>
              <w:bidi w:val="1"/>
              <w:jc w:val="right"/>
            </w:pPr>
            <w:r/>
            <w:r>
              <w:rPr>
                <w:rFonts w:ascii="Assistant" w:hAnsi="Assistant" w:cs="Assistant"/>
                <w:b w:val="0"/>
                <w:sz w:val="21"/>
                <w:rtl w:val="1"/>
                <w:szCs w:val="21"/>
              </w:rPr>
              <w:t>זיהום</w:t>
            </w:r>
          </w:p>
        </w:tc>
        <w:tc>
          <w:tcPr>
            <w:tcW w:type="dxa" w:w="5102"/>
          </w:tcPr>
          <w:p>
            <w:pPr>
              <w:bidi w:val="1"/>
              <w:jc w:val="right"/>
            </w:pPr>
            <w:r/>
            <w:r>
              <w:rPr>
                <w:rFonts w:ascii="Assistant" w:hAnsi="Assistant" w:cs="Assistant"/>
                <w:b w:val="0"/>
                <w:sz w:val="21"/>
                <w:rtl w:val="1"/>
                <w:szCs w:val="21"/>
              </w:rPr>
              <w:t>הכנסה של חומרים מזיקים לאוויר, למים או לקרקע, שפוגעת באנשים, בבעלי חיים ובצמחים.</w:t>
            </w:r>
          </w:p>
        </w:tc>
        <w:tc>
          <w:tcPr>
            <w:tcW w:type="dxa" w:w="2835"/>
          </w:tcPr>
          <w:p>
            <w:pPr>
              <w:bidi w:val="1"/>
              <w:jc w:val="right"/>
            </w:pPr>
            <w:r/>
            <w:r>
              <w:rPr>
                <w:rFonts w:ascii="Assistant" w:hAnsi="Assistant" w:cs="Assistant"/>
                <w:b w:val="0"/>
                <w:sz w:val="21"/>
                <w:rtl w:val="1"/>
                <w:szCs w:val="21"/>
              </w:rPr>
              <w:t>עשן שחור שיוצא מארובת מפעל.</w:t>
            </w:r>
          </w:p>
        </w:tc>
      </w:tr>
      <w:tr>
        <w:tc>
          <w:tcPr>
            <w:tcW w:type="dxa" w:w="1984"/>
          </w:tcPr>
          <w:p>
            <w:pPr>
              <w:bidi w:val="1"/>
              <w:jc w:val="right"/>
            </w:pPr>
            <w:r/>
            <w:r>
              <w:rPr>
                <w:rFonts w:ascii="Assistant" w:hAnsi="Assistant" w:cs="Assistant"/>
                <w:b w:val="0"/>
                <w:sz w:val="21"/>
                <w:rtl w:val="1"/>
                <w:szCs w:val="21"/>
              </w:rPr>
              <w:t>אי שוויון מרחבי</w:t>
            </w:r>
          </w:p>
        </w:tc>
        <w:tc>
          <w:tcPr>
            <w:tcW w:type="dxa" w:w="5102"/>
          </w:tcPr>
          <w:p>
            <w:pPr>
              <w:bidi w:val="1"/>
              <w:jc w:val="right"/>
            </w:pPr>
            <w:r/>
            <w:r>
              <w:rPr>
                <w:rFonts w:ascii="Assistant" w:hAnsi="Assistant" w:cs="Assistant"/>
                <w:b w:val="0"/>
                <w:sz w:val="21"/>
                <w:rtl w:val="1"/>
                <w:szCs w:val="21"/>
              </w:rPr>
              <w:t>הבדלים בתנאי החיים ובהזדמנויות בין מקומות – בין מדינות, בין אזורים ובין שכונות.</w:t>
            </w:r>
          </w:p>
        </w:tc>
        <w:tc>
          <w:tcPr>
            <w:tcW w:type="dxa" w:w="2835"/>
          </w:tcPr>
          <w:p>
            <w:pPr>
              <w:bidi w:val="1"/>
              <w:jc w:val="right"/>
            </w:pPr>
            <w:r/>
            <w:r>
              <w:rPr>
                <w:rFonts w:ascii="Assistant" w:hAnsi="Assistant" w:cs="Assistant"/>
                <w:b w:val="0"/>
                <w:sz w:val="21"/>
                <w:rtl w:val="1"/>
                <w:szCs w:val="21"/>
              </w:rPr>
              <w:t>שכונה עם פארק ירוק מול שכונה ליד מזבלה.</w:t>
            </w:r>
          </w:p>
        </w:tc>
      </w:tr>
      <w:tr>
        <w:tc>
          <w:tcPr>
            <w:tcW w:type="dxa" w:w="1984"/>
          </w:tcPr>
          <w:p>
            <w:pPr>
              <w:bidi w:val="1"/>
              <w:jc w:val="right"/>
            </w:pPr>
            <w:r/>
            <w:r>
              <w:rPr>
                <w:rFonts w:ascii="Assistant" w:hAnsi="Assistant" w:cs="Assistant"/>
                <w:b w:val="0"/>
                <w:sz w:val="21"/>
                <w:rtl w:val="1"/>
                <w:szCs w:val="21"/>
              </w:rPr>
              <w:t>אמנה בין-לאומית</w:t>
            </w:r>
          </w:p>
        </w:tc>
        <w:tc>
          <w:tcPr>
            <w:tcW w:type="dxa" w:w="5102"/>
          </w:tcPr>
          <w:p>
            <w:pPr>
              <w:bidi w:val="1"/>
              <w:jc w:val="right"/>
            </w:pPr>
            <w:r/>
            <w:r>
              <w:rPr>
                <w:rFonts w:ascii="Assistant" w:hAnsi="Assistant" w:cs="Assistant"/>
                <w:b w:val="0"/>
                <w:sz w:val="21"/>
                <w:rtl w:val="1"/>
                <w:szCs w:val="21"/>
              </w:rPr>
              <w:t>הסכם כתוב בין מדינות רבות שבו הן מתחייבות לפעול יחד, למשל להגביל משלוח פסולת מסוכנת.</w:t>
            </w:r>
          </w:p>
        </w:tc>
        <w:tc>
          <w:tcPr>
            <w:tcW w:type="dxa" w:w="2835"/>
          </w:tcPr>
          <w:p>
            <w:pPr>
              <w:bidi w:val="1"/>
              <w:jc w:val="right"/>
            </w:pPr>
            <w:r/>
            <w:r>
              <w:rPr>
                <w:rFonts w:ascii="Assistant" w:hAnsi="Assistant" w:cs="Assistant"/>
                <w:b w:val="0"/>
                <w:sz w:val="21"/>
                <w:rtl w:val="1"/>
                <w:szCs w:val="21"/>
              </w:rPr>
              <w:t>מדינות מסכימות לא לשלוח פסולת רעילה לאחרות.</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מי נהנה ומי משלם?</w:t>
      </w:r>
    </w:p>
    <w:p>
      <w:pPr>
        <w:bidi w:val="1"/>
        <w:spacing w:after="120"/>
        <w:jc w:val="right"/>
      </w:pPr>
      <w:r>
        <w:rPr>
          <w:rFonts w:ascii="Assistant" w:hAnsi="Assistant" w:cs="Assistant"/>
          <w:b w:val="0"/>
          <w:sz w:val="23"/>
          <w:rtl w:val="1"/>
          <w:szCs w:val="23"/>
        </w:rPr>
        <w:t>כל בני האדם תלויים באוויר, במים ובקרקע, אבל לא כולם נהנים מסביבה נקייה באותה מידה. יש שכונות עם פארקים ירוקים וחוף נקי, ויש שכונות שבהן התושבים חיים ליד ארובות מעשנות, אתרי פסולת ונחלים מזוהמים. צדק סביבתי הוא הרעיון שלכל אדם מגיעה סביבה בריאה, ושהנזק לסביבה לא יוטל דווקא על החלשים.</w:t>
      </w:r>
    </w:p>
    <w:p>
      <w:pPr>
        <w:bidi w:val="1"/>
        <w:spacing w:after="120"/>
        <w:jc w:val="right"/>
      </w:pPr>
      <w:r>
        <w:rPr>
          <w:rFonts w:ascii="Assistant" w:hAnsi="Assistant" w:cs="Assistant"/>
          <w:b w:val="0"/>
          <w:sz w:val="23"/>
          <w:rtl w:val="1"/>
          <w:szCs w:val="23"/>
        </w:rPr>
        <w:t>טביעת רגל אקולוגית בודקת כמה ״כדור ארץ״ צורך אדם או מדינה: כמה אדמה ומים נדרשים כדי לגדל מזון, לייצר מוצרים, להפיק אנרגיה ולקלוט את הפסולת. תושבי מדינות מפותחות נוסעים ברכב פרטי, טסים וקונים הרבה, ולכן טביעת הרגל שלהם גדולה בהרבה מזו של תושבי מדינות פחות מפותחות.</w:t>
      </w:r>
    </w:p>
    <w:p>
      <w:pPr>
        <w:bidi w:val="1"/>
        <w:spacing w:after="120"/>
        <w:jc w:val="right"/>
      </w:pPr>
      <w:r>
        <w:rPr>
          <w:rFonts w:ascii="Assistant" w:hAnsi="Assistant" w:cs="Assistant"/>
          <w:b w:val="0"/>
          <w:sz w:val="23"/>
          <w:rtl w:val="1"/>
          <w:szCs w:val="23"/>
        </w:rPr>
        <w:t>הפער הוא גם בידע ובכסף. למדינות מפותחות יש טכנולוגיות ירוקות כמו מתקני טיהור, מסננים לארובות ואנרגיית שמש ורוח. במדינות רבות שפחות מפותחות חסרים הון וידע, ולכן דווקא שם, אף שצורכים פחות, הזיהום לעיתים גבוה יותר. חברות רב-לאומיות מנצלות לפעמים יערות, מחצבים ומים ומשאירות אחריהן נזק.</w:t>
      </w:r>
    </w:p>
    <w:p>
      <w:pPr>
        <w:bidi w:val="1"/>
        <w:spacing w:after="120"/>
        <w:jc w:val="right"/>
      </w:pPr>
      <w:r>
        <w:rPr>
          <w:rFonts w:ascii="Assistant" w:hAnsi="Assistant" w:cs="Assistant"/>
          <w:b w:val="0"/>
          <w:sz w:val="23"/>
          <w:rtl w:val="1"/>
          <w:szCs w:val="23"/>
        </w:rPr>
        <w:t>״נימבי״ הוא קיצור של משפט באנגלית שפירושו ״לא בחצר האחורית שלי״: כולם מסכימים שצריך מפעלים ואתרי פסולת, אבל לא ליד הבית. גם מדינות נוהגות כך ושולחות פסולת רעילה, כמו מכשירי חשמל ישנים, למדינות שבהן הטיפול זול והפיקוח חלש. אמנות בין-לאומיות מנסות להגביל זאת. גם בישראל הועברו מפעלים מזהמים ואתרי פסולת מהמרכז הצפוף לנגב הדליל, ובחופים יש ויכוח בין מי שרוצה חוף פתוח לכולם לבין מי שרוצה לבנות עליו. השאלה תמיד חוזרת: מי נהנה, ומי משלם?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צדק סביבתי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מדד לשטח האדמה והמים הדרוש כדי לספק את צריכתו של אדם או מדינה ולקלוט את הפסולת שלהם.</w:t>
            </w:r>
          </w:p>
        </w:tc>
      </w:tr>
      <w:tr>
        <w:tc>
          <w:tcPr>
            <w:tcW w:type="dxa" w:w="2268"/>
          </w:tcPr>
          <w:p>
            <w:pPr>
              <w:bidi w:val="1"/>
              <w:jc w:val="right"/>
            </w:pPr>
            <w:r/>
            <w:r>
              <w:rPr>
                <w:rFonts w:ascii="Assistant" w:hAnsi="Assistant" w:cs="Assistant"/>
                <w:b w:val="0"/>
                <w:sz w:val="21"/>
                <w:rtl w:val="1"/>
                <w:szCs w:val="21"/>
              </w:rPr>
              <w:t>2. טביעת רגל אקולוגית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הרעיון שלכל אדם מגיעה סביבה בריאה, ושהנזק הסביבתי לא ייפול דווקא על החלשים והעניים.</w:t>
            </w:r>
          </w:p>
        </w:tc>
      </w:tr>
      <w:tr>
        <w:tc>
          <w:tcPr>
            <w:tcW w:type="dxa" w:w="2268"/>
          </w:tcPr>
          <w:p>
            <w:pPr>
              <w:bidi w:val="1"/>
              <w:jc w:val="right"/>
            </w:pPr>
            <w:r/>
            <w:r>
              <w:rPr>
                <w:rFonts w:ascii="Assistant" w:hAnsi="Assistant" w:cs="Assistant"/>
                <w:b w:val="0"/>
                <w:sz w:val="21"/>
                <w:rtl w:val="1"/>
                <w:szCs w:val="21"/>
              </w:rPr>
              <w:t>3. נימבי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שאריות מסוכנות, כמו כימיקלים ומכשירי חשמל ישנים, שעלולות לפגוע בבריאות ובסביבה אם לא מטפלים בהן נכון.</w:t>
            </w:r>
          </w:p>
        </w:tc>
      </w:tr>
      <w:tr>
        <w:tc>
          <w:tcPr>
            <w:tcW w:type="dxa" w:w="2268"/>
          </w:tcPr>
          <w:p>
            <w:pPr>
              <w:bidi w:val="1"/>
              <w:jc w:val="right"/>
            </w:pPr>
            <w:r/>
            <w:r>
              <w:rPr>
                <w:rFonts w:ascii="Assistant" w:hAnsi="Assistant" w:cs="Assistant"/>
                <w:b w:val="0"/>
                <w:sz w:val="21"/>
                <w:rtl w:val="1"/>
                <w:szCs w:val="21"/>
              </w:rPr>
              <w:t>4. פסולת רעילה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התנגדות של אנשים להקמת מפעל, אתר פסולת או תחנת כוח ליד ביתם, אף שהם מסכימים שצריך אותם.</w:t>
            </w:r>
          </w:p>
        </w:tc>
      </w:tr>
      <w:tr>
        <w:tc>
          <w:tcPr>
            <w:tcW w:type="dxa" w:w="2268"/>
          </w:tcPr>
          <w:p>
            <w:pPr>
              <w:bidi w:val="1"/>
              <w:jc w:val="right"/>
            </w:pPr>
            <w:r/>
            <w:r>
              <w:rPr>
                <w:rFonts w:ascii="Assistant" w:hAnsi="Assistant" w:cs="Assistant"/>
                <w:b w:val="0"/>
                <w:sz w:val="21"/>
                <w:rtl w:val="1"/>
                <w:szCs w:val="21"/>
              </w:rPr>
              <w:t>5. טכנולוגיה ירוקה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אמצעים טכנולוגיים שמפחיתים זיהום וחוסכים במשאבים, כמו מתקני טיהור, מסננים לארובות ואנרגיית שמש ורוח.</w:t>
            </w:r>
          </w:p>
        </w:tc>
      </w:tr>
      <w:tr>
        <w:tc>
          <w:tcPr>
            <w:tcW w:type="dxa" w:w="2268"/>
          </w:tcPr>
          <w:p>
            <w:pPr>
              <w:bidi w:val="1"/>
              <w:jc w:val="right"/>
            </w:pPr>
            <w:r/>
            <w:r>
              <w:rPr>
                <w:rFonts w:ascii="Assistant" w:hAnsi="Assistant" w:cs="Assistant"/>
                <w:b w:val="0"/>
                <w:sz w:val="21"/>
                <w:rtl w:val="1"/>
                <w:szCs w:val="21"/>
              </w:rPr>
              <w:t>6. זיהום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הכנסה של חומרים מזיקים לאוויר, למים או לקרקע, שפוגעת באנשים, בבעלי חיים ובצמחים.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אי שוויון מרחבי   ·   אמנה בין-לאומית   ·   זיהום   ·   טכנולוגיה ירוקה</w:t>
      </w:r>
    </w:p>
    <w:p>
      <w:pPr>
        <w:bidi w:val="1"/>
        <w:spacing w:after="80"/>
        <w:jc w:val="right"/>
      </w:pPr>
      <w:r>
        <w:rPr>
          <w:rFonts w:ascii="Assistant" w:hAnsi="Assistant" w:cs="Assistant"/>
          <w:b w:val="0"/>
          <w:sz w:val="23"/>
          <w:rtl w:val="1"/>
          <w:szCs w:val="23"/>
        </w:rPr>
        <w:t>1. מדינות מסכימות לא לשלוח פסולת רעילה לאחרות. – זו דוגמה ל־______________</w:t>
      </w:r>
    </w:p>
    <w:p>
      <w:pPr>
        <w:bidi w:val="1"/>
        <w:spacing w:after="80"/>
        <w:jc w:val="right"/>
      </w:pPr>
      <w:r>
        <w:rPr>
          <w:rFonts w:ascii="Assistant" w:hAnsi="Assistant" w:cs="Assistant"/>
          <w:b w:val="0"/>
          <w:sz w:val="23"/>
          <w:rtl w:val="1"/>
          <w:szCs w:val="23"/>
        </w:rPr>
        <w:t>2. שכונה עם פארק ירוק מול שכונה ליד מזבלה. – זו דוגמה ל־______________</w:t>
      </w:r>
    </w:p>
    <w:p>
      <w:pPr>
        <w:bidi w:val="1"/>
        <w:spacing w:after="80"/>
        <w:jc w:val="right"/>
      </w:pPr>
      <w:r>
        <w:rPr>
          <w:rFonts w:ascii="Assistant" w:hAnsi="Assistant" w:cs="Assistant"/>
          <w:b w:val="0"/>
          <w:sz w:val="23"/>
          <w:rtl w:val="1"/>
          <w:szCs w:val="23"/>
        </w:rPr>
        <w:t>3. עשן שחור שיוצא מארובת מפעל. – זו דוגמה ל־______________</w:t>
      </w:r>
    </w:p>
    <w:p>
      <w:pPr>
        <w:bidi w:val="1"/>
        <w:spacing w:after="80"/>
        <w:jc w:val="right"/>
      </w:pPr>
      <w:r>
        <w:rPr>
          <w:rFonts w:ascii="Assistant" w:hAnsi="Assistant" w:cs="Assistant"/>
          <w:b w:val="0"/>
          <w:sz w:val="23"/>
          <w:rtl w:val="1"/>
          <w:szCs w:val="23"/>
        </w:rPr>
        <w:t>4. לוחות סולאריים על גג בית הספר.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מהו צדק סביבתי?</w:t>
      </w:r>
    </w:p>
    <w:p>
      <w:pPr>
        <w:bidi w:val="1"/>
        <w:spacing w:after="20"/>
        <w:jc w:val="right"/>
      </w:pPr>
      <w:r>
        <w:rPr>
          <w:rFonts w:ascii="Assistant" w:hAnsi="Assistant" w:cs="Assistant"/>
          <w:b w:val="0"/>
          <w:sz w:val="23"/>
          <w:rtl w:val="1"/>
          <w:szCs w:val="23"/>
        </w:rPr>
        <w:t xml:space="preserve">     ◯ א. חוק שאוסר לבנות מפעלים</w:t>
      </w:r>
    </w:p>
    <w:p>
      <w:pPr>
        <w:bidi w:val="1"/>
        <w:spacing w:after="20"/>
        <w:jc w:val="right"/>
      </w:pPr>
      <w:r>
        <w:rPr>
          <w:rFonts w:ascii="Assistant" w:hAnsi="Assistant" w:cs="Assistant"/>
          <w:b w:val="0"/>
          <w:sz w:val="23"/>
          <w:rtl w:val="1"/>
          <w:szCs w:val="23"/>
        </w:rPr>
        <w:t xml:space="preserve">     ◯ ב. הרעיון שסביבה בריאה מגיעה לכולם והנזק לא ייפול על החלשים</w:t>
      </w:r>
    </w:p>
    <w:p>
      <w:pPr>
        <w:bidi w:val="1"/>
        <w:spacing w:after="20"/>
        <w:jc w:val="right"/>
      </w:pPr>
      <w:r>
        <w:rPr>
          <w:rFonts w:ascii="Assistant" w:hAnsi="Assistant" w:cs="Assistant"/>
          <w:b w:val="0"/>
          <w:sz w:val="23"/>
          <w:rtl w:val="1"/>
          <w:szCs w:val="23"/>
        </w:rPr>
        <w:t xml:space="preserve">     ◯ ג. שיטה למחזור בקבוקים</w:t>
      </w:r>
    </w:p>
    <w:p>
      <w:pPr>
        <w:bidi w:val="1"/>
        <w:spacing w:after="20"/>
        <w:jc w:val="right"/>
      </w:pPr>
      <w:r>
        <w:rPr>
          <w:rFonts w:ascii="Assistant" w:hAnsi="Assistant" w:cs="Assistant"/>
          <w:b w:val="0"/>
          <w:sz w:val="23"/>
          <w:rtl w:val="1"/>
          <w:szCs w:val="23"/>
        </w:rPr>
        <w:t xml:space="preserve">     ◯ ד. מדד לכמות הגשם במדינה</w:t>
      </w:r>
    </w:p>
    <w:p>
      <w:pPr>
        <w:bidi w:val="1"/>
        <w:spacing w:after="20"/>
        <w:jc w:val="right"/>
      </w:pPr>
      <w:r>
        <w:rPr>
          <w:rFonts w:ascii="Assistant" w:hAnsi="Assistant" w:cs="Assistant"/>
          <w:b/>
          <w:sz w:val="23"/>
          <w:rtl w:val="1"/>
          <w:bCs/>
          <w:szCs w:val="23"/>
        </w:rPr>
        <w:t>2. מדוע טביעת הרגל האקולוגית של תושבי מדינות מפותחות גדולה יותר?</w:t>
      </w:r>
    </w:p>
    <w:p>
      <w:pPr>
        <w:bidi w:val="1"/>
        <w:spacing w:after="20"/>
        <w:jc w:val="right"/>
      </w:pPr>
      <w:r>
        <w:rPr>
          <w:rFonts w:ascii="Assistant" w:hAnsi="Assistant" w:cs="Assistant"/>
          <w:b w:val="0"/>
          <w:sz w:val="23"/>
          <w:rtl w:val="1"/>
          <w:szCs w:val="23"/>
        </w:rPr>
        <w:t xml:space="preserve">     ◯ א. כי הם גרים במדינות גדולות יותר</w:t>
      </w:r>
    </w:p>
    <w:p>
      <w:pPr>
        <w:bidi w:val="1"/>
        <w:spacing w:after="20"/>
        <w:jc w:val="right"/>
      </w:pPr>
      <w:r>
        <w:rPr>
          <w:rFonts w:ascii="Assistant" w:hAnsi="Assistant" w:cs="Assistant"/>
          <w:b w:val="0"/>
          <w:sz w:val="23"/>
          <w:rtl w:val="1"/>
          <w:szCs w:val="23"/>
        </w:rPr>
        <w:t xml:space="preserve">     ◯ ב. כי יש להם יותר ילדים</w:t>
      </w:r>
    </w:p>
    <w:p>
      <w:pPr>
        <w:bidi w:val="1"/>
        <w:spacing w:after="20"/>
        <w:jc w:val="right"/>
      </w:pPr>
      <w:r>
        <w:rPr>
          <w:rFonts w:ascii="Assistant" w:hAnsi="Assistant" w:cs="Assistant"/>
          <w:b w:val="0"/>
          <w:sz w:val="23"/>
          <w:rtl w:val="1"/>
          <w:szCs w:val="23"/>
        </w:rPr>
        <w:t xml:space="preserve">     ◯ ג. כי הם צורכים יותר מזון, אנרגיה ומוצרים</w:t>
      </w:r>
    </w:p>
    <w:p>
      <w:pPr>
        <w:bidi w:val="1"/>
        <w:spacing w:after="20"/>
        <w:jc w:val="right"/>
      </w:pPr>
      <w:r>
        <w:rPr>
          <w:rFonts w:ascii="Assistant" w:hAnsi="Assistant" w:cs="Assistant"/>
          <w:b w:val="0"/>
          <w:sz w:val="23"/>
          <w:rtl w:val="1"/>
          <w:szCs w:val="23"/>
        </w:rPr>
        <w:t xml:space="preserve">     ◯ ד. כי האקלים אצלם חם יותר</w:t>
      </w:r>
    </w:p>
    <w:p>
      <w:pPr>
        <w:bidi w:val="1"/>
        <w:spacing w:after="20"/>
        <w:jc w:val="right"/>
      </w:pPr>
      <w:r>
        <w:rPr>
          <w:rFonts w:ascii="Assistant" w:hAnsi="Assistant" w:cs="Assistant"/>
          <w:b/>
          <w:sz w:val="23"/>
          <w:rtl w:val="1"/>
          <w:bCs/>
          <w:szCs w:val="23"/>
        </w:rPr>
        <w:t>3. למה דווקא במדינות שצורכות פחות הזיהום לעיתים גבוה יותר?</w:t>
      </w:r>
    </w:p>
    <w:p>
      <w:pPr>
        <w:bidi w:val="1"/>
        <w:spacing w:after="20"/>
        <w:jc w:val="right"/>
      </w:pPr>
      <w:r>
        <w:rPr>
          <w:rFonts w:ascii="Assistant" w:hAnsi="Assistant" w:cs="Assistant"/>
          <w:b w:val="0"/>
          <w:sz w:val="23"/>
          <w:rtl w:val="1"/>
          <w:szCs w:val="23"/>
        </w:rPr>
        <w:t xml:space="preserve">     ◯ א. חסרים להן ידע והון לטכנולוגיות ירוקות</w:t>
      </w:r>
    </w:p>
    <w:p>
      <w:pPr>
        <w:bidi w:val="1"/>
        <w:spacing w:after="20"/>
        <w:jc w:val="right"/>
      </w:pPr>
      <w:r>
        <w:rPr>
          <w:rFonts w:ascii="Assistant" w:hAnsi="Assistant" w:cs="Assistant"/>
          <w:b w:val="0"/>
          <w:sz w:val="23"/>
          <w:rtl w:val="1"/>
          <w:szCs w:val="23"/>
        </w:rPr>
        <w:t xml:space="preserve">     ◯ ב. יש בהן יותר מכוניות</w:t>
      </w:r>
    </w:p>
    <w:p>
      <w:pPr>
        <w:bidi w:val="1"/>
        <w:spacing w:after="20"/>
        <w:jc w:val="right"/>
      </w:pPr>
      <w:r>
        <w:rPr>
          <w:rFonts w:ascii="Assistant" w:hAnsi="Assistant" w:cs="Assistant"/>
          <w:b w:val="0"/>
          <w:sz w:val="23"/>
          <w:rtl w:val="1"/>
          <w:szCs w:val="23"/>
        </w:rPr>
        <w:t xml:space="preserve">     ◯ ג. הן לא רוצות סביבה נקייה</w:t>
      </w:r>
    </w:p>
    <w:p>
      <w:pPr>
        <w:bidi w:val="1"/>
        <w:spacing w:after="20"/>
        <w:jc w:val="right"/>
      </w:pPr>
      <w:r>
        <w:rPr>
          <w:rFonts w:ascii="Assistant" w:hAnsi="Assistant" w:cs="Assistant"/>
          <w:b w:val="0"/>
          <w:sz w:val="23"/>
          <w:rtl w:val="1"/>
          <w:szCs w:val="23"/>
        </w:rPr>
        <w:t xml:space="preserve">     ◯ ד. אין בהן תעשייה בכלל</w:t>
      </w:r>
    </w:p>
    <w:p>
      <w:pPr>
        <w:bidi w:val="1"/>
        <w:spacing w:after="20"/>
        <w:jc w:val="right"/>
      </w:pPr>
      <w:r>
        <w:rPr>
          <w:rFonts w:ascii="Assistant" w:hAnsi="Assistant" w:cs="Assistant"/>
          <w:b/>
          <w:sz w:val="23"/>
          <w:rtl w:val="1"/>
          <w:bCs/>
          <w:szCs w:val="23"/>
        </w:rPr>
        <w:t>4. איזו דוגמה מתארת התנהגות של נימבי?</w:t>
      </w:r>
    </w:p>
    <w:p>
      <w:pPr>
        <w:bidi w:val="1"/>
        <w:spacing w:after="20"/>
        <w:jc w:val="right"/>
      </w:pPr>
      <w:r>
        <w:rPr>
          <w:rFonts w:ascii="Assistant" w:hAnsi="Assistant" w:cs="Assistant"/>
          <w:b w:val="0"/>
          <w:sz w:val="23"/>
          <w:rtl w:val="1"/>
          <w:szCs w:val="23"/>
        </w:rPr>
        <w:t xml:space="preserve">     ◯ א. עירייה שמקימה פארק חדש</w:t>
      </w:r>
    </w:p>
    <w:p>
      <w:pPr>
        <w:bidi w:val="1"/>
        <w:spacing w:after="20"/>
        <w:jc w:val="right"/>
      </w:pPr>
      <w:r>
        <w:rPr>
          <w:rFonts w:ascii="Assistant" w:hAnsi="Assistant" w:cs="Assistant"/>
          <w:b w:val="0"/>
          <w:sz w:val="23"/>
          <w:rtl w:val="1"/>
          <w:szCs w:val="23"/>
        </w:rPr>
        <w:t xml:space="preserve">     ◯ ב. תושבים שמבקשים להקים מתקן מחזור בשכונתם</w:t>
      </w:r>
    </w:p>
    <w:p>
      <w:pPr>
        <w:bidi w:val="1"/>
        <w:spacing w:after="20"/>
        <w:jc w:val="right"/>
      </w:pPr>
      <w:r>
        <w:rPr>
          <w:rFonts w:ascii="Assistant" w:hAnsi="Assistant" w:cs="Assistant"/>
          <w:b w:val="0"/>
          <w:sz w:val="23"/>
          <w:rtl w:val="1"/>
          <w:szCs w:val="23"/>
        </w:rPr>
        <w:t xml:space="preserve">     ◯ ג. מדינה שמטפלת בפסולת שלה בעצמה</w:t>
      </w:r>
    </w:p>
    <w:p>
      <w:pPr>
        <w:bidi w:val="1"/>
        <w:spacing w:after="20"/>
        <w:jc w:val="right"/>
      </w:pPr>
      <w:r>
        <w:rPr>
          <w:rFonts w:ascii="Assistant" w:hAnsi="Assistant" w:cs="Assistant"/>
          <w:b w:val="0"/>
          <w:sz w:val="23"/>
          <w:rtl w:val="1"/>
          <w:szCs w:val="23"/>
        </w:rPr>
        <w:t xml:space="preserve">     ◯ ד. תושבים שמסכימים שצריך תחנת כוח, אבל מתנגדים שתיבנה לידם</w:t>
      </w:r>
    </w:p>
    <w:p>
      <w:pPr>
        <w:bidi w:val="1"/>
        <w:spacing w:after="20"/>
        <w:jc w:val="right"/>
      </w:pPr>
      <w:r>
        <w:rPr>
          <w:rFonts w:ascii="Assistant" w:hAnsi="Assistant" w:cs="Assistant"/>
          <w:b/>
          <w:sz w:val="23"/>
          <w:rtl w:val="1"/>
          <w:bCs/>
          <w:szCs w:val="23"/>
        </w:rPr>
        <w:t>5. מה מנסות אמנות בין-לאומיות לעשות בנושא הפסולת?</w:t>
      </w:r>
    </w:p>
    <w:p>
      <w:pPr>
        <w:bidi w:val="1"/>
        <w:spacing w:after="20"/>
        <w:jc w:val="right"/>
      </w:pPr>
      <w:r>
        <w:rPr>
          <w:rFonts w:ascii="Assistant" w:hAnsi="Assistant" w:cs="Assistant"/>
          <w:b w:val="0"/>
          <w:sz w:val="23"/>
          <w:rtl w:val="1"/>
          <w:szCs w:val="23"/>
        </w:rPr>
        <w:t xml:space="preserve">     ◯ א. להגדיל את משלוחי הפסולת</w:t>
      </w:r>
    </w:p>
    <w:p>
      <w:pPr>
        <w:bidi w:val="1"/>
        <w:spacing w:after="20"/>
        <w:jc w:val="right"/>
      </w:pPr>
      <w:r>
        <w:rPr>
          <w:rFonts w:ascii="Assistant" w:hAnsi="Assistant" w:cs="Assistant"/>
          <w:b w:val="0"/>
          <w:sz w:val="23"/>
          <w:rtl w:val="1"/>
          <w:szCs w:val="23"/>
        </w:rPr>
        <w:t xml:space="preserve">     ◯ ב. להגביל משלוח פסולת רעילה למדינות חלשות</w:t>
      </w:r>
    </w:p>
    <w:p>
      <w:pPr>
        <w:bidi w:val="1"/>
        <w:spacing w:after="20"/>
        <w:jc w:val="right"/>
      </w:pPr>
      <w:r>
        <w:rPr>
          <w:rFonts w:ascii="Assistant" w:hAnsi="Assistant" w:cs="Assistant"/>
          <w:b w:val="0"/>
          <w:sz w:val="23"/>
          <w:rtl w:val="1"/>
          <w:szCs w:val="23"/>
        </w:rPr>
        <w:t xml:space="preserve">     ◯ ג. לחייב כל מדינה לבנות מזבלה</w:t>
      </w:r>
    </w:p>
    <w:p>
      <w:pPr>
        <w:bidi w:val="1"/>
        <w:spacing w:after="20"/>
        <w:jc w:val="right"/>
      </w:pPr>
      <w:r>
        <w:rPr>
          <w:rFonts w:ascii="Assistant" w:hAnsi="Assistant" w:cs="Assistant"/>
          <w:b w:val="0"/>
          <w:sz w:val="23"/>
          <w:rtl w:val="1"/>
          <w:szCs w:val="23"/>
        </w:rPr>
        <w:t xml:space="preserve">     ◯ ד. לאסור מחזור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טביעת רגל אקולוגית מודדת רק את כמות המזון שאדם אוכל.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מסננים בארובות הם דוגמה לטכנולוגיה ירוקה.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גם בתוך מדינה אחת יש אזורים שסובלים מזיהום יותר מאחרים.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מדינות שולחות פסולת רעילה למדינות שבהן הפיקוח הכי חזק.</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את הקשר בין רמת הפיתוח של מדינה לבין רמת הזיהום בה.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בעירכם רוצים להקים אתר פסולת. כתבו טיעון אחד בעד ואחד נגד הקמתו ליד שכונת מגורים.</w:t>
      </w:r>
    </w:p>
    <w:p>
      <w:pPr>
        <w:bidi w:val="1"/>
        <w:spacing w:after="20"/>
        <w:jc w:val="right"/>
      </w:pPr>
      <w:r>
        <w:rPr>
          <w:rFonts w:ascii="Assistant" w:hAnsi="Assistant" w:cs="Assistant"/>
          <w:b w:val="0"/>
          <w:color w:val="666666"/>
          <w:sz w:val="21"/>
          <w:rtl w:val="1"/>
          <w:szCs w:val="21"/>
        </w:rPr>
        <w:t>✏️ התחילו כך: בעד: ... נגד: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מי נהנה ומי משלם כשבונים מלון על החוף? הסבירו.</w:t>
      </w:r>
    </w:p>
    <w:p>
      <w:pPr>
        <w:bidi w:val="1"/>
        <w:spacing w:after="20"/>
        <w:jc w:val="right"/>
      </w:pPr>
      <w:r>
        <w:rPr>
          <w:rFonts w:ascii="Assistant" w:hAnsi="Assistant" w:cs="Assistant"/>
          <w:b w:val="0"/>
          <w:color w:val="666666"/>
          <w:sz w:val="21"/>
          <w:rtl w:val="1"/>
          <w:szCs w:val="21"/>
        </w:rPr>
        <w:t>✏️ התחילו כך: נהנים... משלמים...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צדק סביבתי     שם: __________</w:t>
      </w:r>
    </w:p>
    <w:p>
      <w:pPr>
        <w:bidi w:val="1"/>
        <w:spacing w:after="20"/>
        <w:jc w:val="right"/>
      </w:pPr>
      <w:r>
        <w:rPr>
          <w:rFonts w:ascii="Assistant" w:hAnsi="Assistant" w:cs="Assistant"/>
          <w:b w:val="0"/>
          <w:sz w:val="23"/>
          <w:rtl w:val="1"/>
          <w:szCs w:val="23"/>
        </w:rPr>
        <w:t>1. הגדירו צדק סביבתי במשפט אחד.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אחת לטכנולוגיה ירוקה.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כתבו דוגמה לנימבי מחייכם או מהחדשות.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צדק סביבתי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