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e047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3: אי־שוויון מרחבי · חוברת קטנה</w:t>
      </w:r>
    </w:p>
    <w:p>
      <w:pPr>
        <w:pStyle w:val="Title"/>
        <w:bidi w:val="1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צדק סביבתי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ps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8"/>
          <w:rtl w:val="1"/>
          <w:bCs/>
          <w:szCs w:val="28"/>
        </w:rPr>
        <w:t>מי נהנה מהמוצרים, ומי נושם את העשן? בואו נבדוק יחד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צדק סביבתי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לכל אדם מגיעים אוויר נקי ומים נקיים.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עשירה ושכונה ענייה מקבלות אוויר נקי באותה מידה.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טביעת רגל אקולוגית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מכדור הארץ כל אחד מאיתנו צורך.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טיסות רבות ובשר רב מגדילים את המדד הזה.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נימבי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צריך מפעל, אבל לא ליד הבית שלי.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תושבים מפגינים נגד אתר פסולת ליד השכונה.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פסולת רעילה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זבל מסוכן שיכול להרעיל אדמה ומים.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סוללות ישנות ומחשבים שנזרקו.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טכנולוגיה ירוקה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מכונות וכלים שעוזרים לשמור על הסביבה.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לוחות סולאריים על גג בית הספר.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זיהום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לכלוך מזיק באוויר, במים או באדמה.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עשן שחור שיוצא מארובת מפעל.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אי שוויון מרחבי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יש מקומות עם הרבה ויש מקומות עם מעט.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עם פארק ירוק מול שכונה ליד מזבלה.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אמנה בין-לאומית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הבטחה כתובה שמדינות רבות חותמות עליה.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מדינות מסכימות לא לשלוח פסולת רעילה לאחרות.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6"/>
          <w:rtl w:val="1"/>
          <w:bCs/>
          <w:szCs w:val="26"/>
        </w:rPr>
        <w:t>האוויר הנקי לא מתחלק שווה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כולנו נושמים אוויר. כולנו שותים מים. אבל לא כולם גרים במקום נקי. יש ילדים שגרים ליד ים נקי ויש ילדים שגרים ליד מפעל מעשן.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צדק סביבתי אומר: לכל אחד מגיעה סביבה בריאה. הנזק לא צריך ליפול רק על העניים. טביעת רגל אקולוגית מודדת כמה אנחנו צורכים מכדור הארץ. מי שנוסע הרבה וקונה הרבה צורך יותר.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אנשים שאומרים: צריך מפעל, אבל לא ליד הבית שלי. לזה קוראים נימבי. לפעמים גם מדינות עשירות שולחות זבל מסוכן למדינות עניות. זה לא הוגן, ולכן מדינות חותמות על הסכמים.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צדק סביבתי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זבל מסוכן שיכול להרעיל אדמה ומים.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טביעת רגל אקולוגית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כמה מכדור הארץ כל אחד מאיתנו צורך.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נימבי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לכל אדם מגיעים אוויר נקי ומים נקיים.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פסולת רעילה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צריך מפעל, אבל לא ליד הבית שלי.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טכנולוגיה ירוקה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מכונות וכלים שעוזרים לשמור על הסביבה.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זיהום   ·   אמנה בין-לאומית   ·   אי שוויון מרחבי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מדינות מסכימות לא לשלוח פסולת רעילה לאחרות.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שכונה עם פארק ירוק מול שכונה ליד מזבלה.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עשן שחור שיוצא מארובת מפעל.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אומר הרעיון של צדק סביבתי?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לכל אחד מגיעה סביבה בריאה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רק לעשירים מגיע אוויר נקי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מפעלים צריכים להיות ליד בתי ספר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אסור לבנות מפעלים בכלל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מודדת טביעת רגל אקולוגית?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את גודל הנעל שלנו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כמה אנחנו צורכים מכדור הארץ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כמה גשם יורד בשנה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כמה אנשים גרים בעיר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מי צורך בדרך כלל יותר מכדור הארץ?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ילד שהולך ברגל לבית הספר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משפחה שמגדלת ירקות בגינה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אדם שטס הרבה וקונה הרבה מוצרים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אדם שממחזר בקבוקים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פירוש המילה נימבי?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מפעל חדש ונקי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שם של מדינה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סוג של זבל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לא ליד הבית שלי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למה מדינות חותמות על הסכמים לגבי זבל מסוכן?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כדי לשלוח יותר זבל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כדי שלא ישלחו זבל מסוכן למדינות עניות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כדי לבנות עוד מזבלות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כדי לשרוף את הזבל ברחוב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כל האנשים בעולם גרים בסביבה נקייה באותה מידה.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מי שנוסע הרבה במכונית צורך יותר מכדור הארץ.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סוללות ישנות הן זבל מסוכן.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נימבי אומר: בואו נבנה את המפעל ליד הבית שלי.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תארו מקום נקי ומקום מלוכלך שאתם מכירים. מה ההבדל ביניהם?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המקום הנקי הוא... המקום המלוכלך הוא... ההבדל הוא...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כתבו דבר אחד שאתם יכולים לעשות כדי להקטין את טביעת הרגל שלכם.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אני יכול או יכולה...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6"/>
          <w:rtl w:val="1"/>
          <w:bCs/>
          <w:szCs w:val="26"/>
        </w:rPr>
        <w:t>🎫 כרטיס יציאה – צדק סביבתי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מה זה צדק סביבתי? כתבו במשפט אחד.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תנו דוגמה לזבל מסוכן.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 פירוש נימבי?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צדק סביבתי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